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CB0B" w14:textId="77777777" w:rsidR="00363007" w:rsidRPr="00CE7A3B" w:rsidRDefault="004E3BBA" w:rsidP="00363007">
      <w:pPr>
        <w:pStyle w:val="Rubrik1"/>
        <w:rPr>
          <w:lang w:val="sv-SE"/>
        </w:rPr>
      </w:pPr>
      <w:r w:rsidRPr="00CE7A3B">
        <w:rPr>
          <w:lang w:val="sv-SE"/>
        </w:rPr>
        <w:t>HUVUDTITEL (max 80 tecken inkl. blanksteg)</w:t>
      </w:r>
    </w:p>
    <w:p w14:paraId="7A475995" w14:textId="77777777" w:rsidR="00363007" w:rsidRPr="00CE7A3B" w:rsidRDefault="004E3BBA" w:rsidP="00363007">
      <w:pPr>
        <w:rPr>
          <w:lang w:val="sv-SE"/>
        </w:rPr>
      </w:pPr>
      <w:r w:rsidRPr="00CE7A3B">
        <w:rPr>
          <w:lang w:val="sv-SE"/>
        </w:rPr>
        <w:t>Undertitel (valfri, max 100 tecken inkl. blanksteg)</w:t>
      </w:r>
    </w:p>
    <w:p w14:paraId="1E449B3F" w14:textId="7749A293" w:rsidR="00363007" w:rsidRDefault="004E3BBA" w:rsidP="00363007">
      <w:pPr>
        <w:rPr>
          <w:lang w:val="sv-SE"/>
        </w:rPr>
      </w:pPr>
      <w:r>
        <w:br/>
      </w:r>
      <w:r w:rsidR="35765072" w:rsidRPr="7FBF62CC">
        <w:rPr>
          <w:lang w:val="sv-SE"/>
        </w:rPr>
        <w:t>Författar</w:t>
      </w:r>
      <w:r w:rsidR="7608C9AA" w:rsidRPr="7FBF62CC">
        <w:rPr>
          <w:lang w:val="sv-SE"/>
        </w:rPr>
        <w:t>nas namn</w:t>
      </w:r>
      <w:r w:rsidR="35765072" w:rsidRPr="7FBF62CC">
        <w:rPr>
          <w:lang w:val="sv-SE"/>
        </w:rPr>
        <w:t xml:space="preserve"> (i den ordning de ska stå)</w:t>
      </w:r>
    </w:p>
    <w:p w14:paraId="19472BAD" w14:textId="77777777" w:rsidR="00A75DF1" w:rsidRDefault="00A75DF1">
      <w:pPr>
        <w:rPr>
          <w:lang w:val="sv-SE"/>
        </w:rPr>
      </w:pPr>
    </w:p>
    <w:p w14:paraId="797FB6A9" w14:textId="77777777" w:rsidR="00A75DF1" w:rsidRPr="00A62FC6" w:rsidRDefault="004E3BBA">
      <w:pPr>
        <w:rPr>
          <w:b/>
          <w:bCs/>
          <w:lang w:val="sv-SE"/>
        </w:rPr>
      </w:pPr>
      <w:r w:rsidRPr="00A62FC6">
        <w:rPr>
          <w:b/>
          <w:bCs/>
          <w:lang w:val="sv-SE"/>
        </w:rPr>
        <w:t>Instruktion</w:t>
      </w:r>
    </w:p>
    <w:p w14:paraId="4828CB81" w14:textId="2A442385" w:rsidR="008D0333" w:rsidRPr="008D0333" w:rsidRDefault="004E3BBA" w:rsidP="008D0333">
      <w:pPr>
        <w:rPr>
          <w:lang w:val="sv-SE"/>
        </w:rPr>
      </w:pPr>
      <w:r>
        <w:rPr>
          <w:lang w:val="sv-SE"/>
        </w:rPr>
        <w:t>R</w:t>
      </w:r>
      <w:r w:rsidRPr="008D0333">
        <w:rPr>
          <w:lang w:val="sv-SE"/>
        </w:rPr>
        <w:t xml:space="preserve">apporten </w:t>
      </w:r>
      <w:r w:rsidR="003920CD">
        <w:rPr>
          <w:lang w:val="sv-SE"/>
        </w:rPr>
        <w:t xml:space="preserve">ska </w:t>
      </w:r>
      <w:r w:rsidRPr="008D0333">
        <w:rPr>
          <w:b/>
          <w:bCs/>
          <w:lang w:val="sv-SE"/>
        </w:rPr>
        <w:t>inte</w:t>
      </w:r>
      <w:r w:rsidRPr="008D0333">
        <w:rPr>
          <w:lang w:val="sv-SE"/>
        </w:rPr>
        <w:t xml:space="preserve"> innehålla automatiska kopplingar mellan t.ex. figurer, tabeller, referenser och textavsnitt. </w:t>
      </w:r>
    </w:p>
    <w:p w14:paraId="6013E6BC" w14:textId="6CCB812B" w:rsidR="008D0333" w:rsidRDefault="004E3BBA" w:rsidP="008D0333">
      <w:pPr>
        <w:rPr>
          <w:lang w:val="sv-SE"/>
        </w:rPr>
      </w:pPr>
      <w:r>
        <w:rPr>
          <w:lang w:val="sv-SE"/>
        </w:rPr>
        <w:t>R</w:t>
      </w:r>
      <w:r w:rsidRPr="008D0333">
        <w:rPr>
          <w:lang w:val="sv-SE"/>
        </w:rPr>
        <w:t xml:space="preserve">eferenser i löpande text ska skrivas enligt författaranvisningarna, och </w:t>
      </w:r>
      <w:r w:rsidR="003920CD">
        <w:rPr>
          <w:lang w:val="sv-SE"/>
        </w:rPr>
        <w:t xml:space="preserve">de ska </w:t>
      </w:r>
      <w:r w:rsidRPr="008D0333">
        <w:rPr>
          <w:lang w:val="sv-SE"/>
        </w:rPr>
        <w:t xml:space="preserve">inte vara låsta för redigering. </w:t>
      </w:r>
    </w:p>
    <w:p w14:paraId="3F21B912" w14:textId="2B061169" w:rsidR="007512E7" w:rsidRDefault="004E3BBA" w:rsidP="002A2A99">
      <w:pPr>
        <w:rPr>
          <w:lang w:val="sv-SE"/>
        </w:rPr>
      </w:pPr>
      <w:r>
        <w:rPr>
          <w:lang w:val="sv-SE"/>
        </w:rPr>
        <w:t xml:space="preserve">Figurer och tabeller </w:t>
      </w:r>
      <w:r w:rsidR="000650D5">
        <w:rPr>
          <w:lang w:val="sv-SE"/>
        </w:rPr>
        <w:t xml:space="preserve">ska </w:t>
      </w:r>
      <w:r>
        <w:rPr>
          <w:lang w:val="sv-SE"/>
        </w:rPr>
        <w:t xml:space="preserve">numreras kapitelvis. I kapitel 1 blir det då Figur 1.1, 1.2 osv, samt Tabell 1.1, 1.2 osv. I kapitel 2 blir det Figur 2.1, 2.2 osv, samt Tabell 2.1, 2.2 osv. I bilagorna numreras figurer och tabeller A.1, A.2 osv i Bilaga A, och B.1, B.2 osv i Bilaga B. </w:t>
      </w:r>
    </w:p>
    <w:p w14:paraId="03116F34" w14:textId="3D8F57A2" w:rsidR="002A2A99" w:rsidRDefault="004E3BBA" w:rsidP="002A2A99">
      <w:pPr>
        <w:rPr>
          <w:lang w:val="sv-SE"/>
        </w:rPr>
      </w:pPr>
      <w:r>
        <w:rPr>
          <w:lang w:val="sv-SE"/>
        </w:rPr>
        <w:t xml:space="preserve">Det ska finnas hänvisningar till figurer och tabeller i texten före respektive figur eller tabell. </w:t>
      </w:r>
    </w:p>
    <w:p w14:paraId="140C3E86" w14:textId="0BEB8D85" w:rsidR="002A2A99" w:rsidRDefault="004E3BBA" w:rsidP="002A2A99">
      <w:pPr>
        <w:rPr>
          <w:lang w:val="sv-SE"/>
        </w:rPr>
      </w:pPr>
      <w:r w:rsidRPr="009F6731">
        <w:rPr>
          <w:lang w:val="sv-SE"/>
        </w:rPr>
        <w:t>Formatering</w:t>
      </w:r>
      <w:r w:rsidRPr="007512E7">
        <w:rPr>
          <w:i/>
          <w:iCs/>
          <w:lang w:val="sv-SE"/>
        </w:rPr>
        <w:t xml:space="preserve"> </w:t>
      </w:r>
      <w:r w:rsidRPr="009F6731">
        <w:rPr>
          <w:lang w:val="sv-SE"/>
        </w:rPr>
        <w:t>av rubriker</w:t>
      </w:r>
      <w:r w:rsidR="007512E7">
        <w:rPr>
          <w:lang w:val="sv-SE"/>
        </w:rPr>
        <w:t xml:space="preserve">: </w:t>
      </w:r>
      <w:r>
        <w:rPr>
          <w:lang w:val="sv-SE"/>
        </w:rPr>
        <w:t xml:space="preserve">Gå in under </w:t>
      </w:r>
      <w:r w:rsidRPr="0051046E">
        <w:rPr>
          <w:i/>
          <w:iCs/>
          <w:lang w:val="sv-SE"/>
        </w:rPr>
        <w:t>Start</w:t>
      </w:r>
      <w:r>
        <w:rPr>
          <w:lang w:val="sv-SE"/>
        </w:rPr>
        <w:t xml:space="preserve"> i menyn och välj sedan rätt rubriknivå under </w:t>
      </w:r>
      <w:r w:rsidRPr="0051046E">
        <w:rPr>
          <w:i/>
          <w:iCs/>
          <w:lang w:val="sv-SE"/>
        </w:rPr>
        <w:t>Format</w:t>
      </w:r>
      <w:r>
        <w:rPr>
          <w:lang w:val="sv-SE"/>
        </w:rPr>
        <w:t xml:space="preserve">: rubrik 1, 2 eller 3. Rubriknivå 4 får gärna finnas i texten men de rubrikerna numreras inte. </w:t>
      </w:r>
    </w:p>
    <w:p w14:paraId="0AE2390F" w14:textId="362397D1" w:rsidR="002A2A99" w:rsidRDefault="004E3BBA" w:rsidP="008D0333">
      <w:pPr>
        <w:rPr>
          <w:lang w:val="sv-SE"/>
        </w:rPr>
      </w:pPr>
      <w:r>
        <w:rPr>
          <w:lang w:val="sv-SE"/>
        </w:rPr>
        <w:t>Lägg in en sidbrytning före varje nytt kapitel.</w:t>
      </w:r>
    </w:p>
    <w:p w14:paraId="41AAC294" w14:textId="77777777" w:rsidR="002A2A99" w:rsidRPr="008D0333" w:rsidRDefault="002A2A99" w:rsidP="008D0333">
      <w:pPr>
        <w:rPr>
          <w:lang w:val="sv-SE"/>
        </w:rPr>
      </w:pPr>
    </w:p>
    <w:p w14:paraId="47FF8C70" w14:textId="18B13D87" w:rsidR="00A75DF1" w:rsidRDefault="004E3BBA">
      <w:pPr>
        <w:rPr>
          <w:lang w:val="sv-SE"/>
        </w:rPr>
      </w:pPr>
      <w:r>
        <w:rPr>
          <w:lang w:val="sv-SE"/>
        </w:rPr>
        <w:br w:type="page"/>
      </w:r>
    </w:p>
    <w:p w14:paraId="7C6461CD" w14:textId="77777777" w:rsidR="00A75DF1" w:rsidRPr="00CE7A3B" w:rsidRDefault="00A75DF1" w:rsidP="00363007">
      <w:pPr>
        <w:rPr>
          <w:lang w:val="sv-SE"/>
        </w:rPr>
      </w:pPr>
    </w:p>
    <w:p w14:paraId="322D494B" w14:textId="35DD93DB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t>Bibliografiska uppgifter</w:t>
      </w:r>
    </w:p>
    <w:p w14:paraId="111B61E9" w14:textId="77777777" w:rsidR="00C84E3A" w:rsidRDefault="00C84E3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</w:p>
    <w:p w14:paraId="1ED6FB66" w14:textId="03A94DD4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Rapportens titel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  <w:r w:rsidRPr="00C84E3A">
        <w:rPr>
          <w:rFonts w:ascii="Arial" w:hAnsi="Arial" w:cs="Arial"/>
          <w:sz w:val="20"/>
          <w:szCs w:val="20"/>
          <w:lang w:val="sv-SE"/>
        </w:rPr>
        <w:t xml:space="preserve"> (Huvudtitel max 80 tecken inkl. blanksteg, ev underrubrik max 100 tecken inkl. blanksteg)</w:t>
      </w:r>
    </w:p>
    <w:p w14:paraId="38773951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Title of the report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</w:p>
    <w:p w14:paraId="50DEBA48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Författare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  <w:r w:rsidRPr="00C84E3A">
        <w:rPr>
          <w:rFonts w:ascii="Arial" w:hAnsi="Arial" w:cs="Arial"/>
          <w:sz w:val="20"/>
          <w:szCs w:val="20"/>
          <w:lang w:val="sv-SE"/>
        </w:rPr>
        <w:t xml:space="preserve"> (Namn, inst./företag/dyl. vid projektets genomförande)</w:t>
      </w:r>
    </w:p>
    <w:p w14:paraId="0B9D3E8A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Rapportnummer</w:t>
      </w:r>
      <w:r w:rsidRPr="00C84E3A">
        <w:rPr>
          <w:rFonts w:ascii="Arial" w:hAnsi="Arial" w:cs="Arial"/>
          <w:sz w:val="20"/>
          <w:szCs w:val="20"/>
          <w:lang w:val="sv-SE"/>
        </w:rPr>
        <w:tab/>
        <w:t>Fyller vi i</w:t>
      </w:r>
    </w:p>
    <w:p w14:paraId="2A74FA91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Antal sidor</w:t>
      </w:r>
      <w:r w:rsidRPr="00C84E3A">
        <w:rPr>
          <w:rFonts w:ascii="Arial" w:hAnsi="Arial" w:cs="Arial"/>
          <w:sz w:val="20"/>
          <w:szCs w:val="20"/>
          <w:lang w:val="sv-SE"/>
        </w:rPr>
        <w:tab/>
        <w:t>Fyller vi i (hela rapporten)</w:t>
      </w:r>
    </w:p>
    <w:p w14:paraId="64BD5C9F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Sammandrag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  <w:r w:rsidRPr="00C84E3A">
        <w:rPr>
          <w:rFonts w:ascii="Arial" w:hAnsi="Arial" w:cs="Arial"/>
          <w:sz w:val="20"/>
          <w:szCs w:val="20"/>
          <w:lang w:val="sv-SE"/>
        </w:rPr>
        <w:t xml:space="preserve"> (3–5 meningar, max sex rader. Kommer även att användas som ingress (första stycket) i sammanfattningen.</w:t>
      </w:r>
    </w:p>
    <w:p w14:paraId="4F9738B2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Summary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  <w:r w:rsidRPr="00C84E3A">
        <w:rPr>
          <w:rFonts w:ascii="Arial" w:hAnsi="Arial" w:cs="Arial"/>
          <w:sz w:val="20"/>
          <w:szCs w:val="20"/>
          <w:lang w:val="sv-SE"/>
        </w:rPr>
        <w:t xml:space="preserve"> (3–5 meningar, max sex rader. Kommer även att användas som ingress (första stycket) i summary.</w:t>
      </w:r>
    </w:p>
    <w:p w14:paraId="7766E4F2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Sökord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  <w:r w:rsidRPr="00C84E3A">
        <w:rPr>
          <w:rFonts w:ascii="Arial" w:hAnsi="Arial" w:cs="Arial"/>
          <w:sz w:val="20"/>
          <w:szCs w:val="20"/>
          <w:lang w:val="sv-SE"/>
        </w:rPr>
        <w:t xml:space="preserve"> (OBS! Varje enskilt ord måste innehålla minst fyra bokstäver)</w:t>
      </w:r>
    </w:p>
    <w:p w14:paraId="416A016A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Keywords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  <w:r w:rsidRPr="00C84E3A">
        <w:rPr>
          <w:rFonts w:ascii="Arial" w:hAnsi="Arial" w:cs="Arial"/>
          <w:sz w:val="20"/>
          <w:szCs w:val="20"/>
          <w:lang w:val="sv-SE"/>
        </w:rPr>
        <w:t xml:space="preserve"> (OBS! Varje enskilt ord måste innehålla minst fyra bokstäver)</w:t>
      </w:r>
    </w:p>
    <w:p w14:paraId="1AC50FC2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Målgrupper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A62FC6">
        <w:rPr>
          <w:rFonts w:ascii="Arial" w:hAnsi="Arial" w:cs="Arial"/>
          <w:color w:val="FF0000"/>
          <w:sz w:val="20"/>
          <w:szCs w:val="20"/>
          <w:lang w:val="sv-SE"/>
        </w:rPr>
        <w:t>x</w:t>
      </w:r>
    </w:p>
    <w:p w14:paraId="14FA4D8F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Rapport</w:t>
      </w:r>
      <w:r w:rsidRPr="00C84E3A">
        <w:rPr>
          <w:rFonts w:ascii="Arial" w:hAnsi="Arial" w:cs="Arial"/>
          <w:sz w:val="20"/>
          <w:szCs w:val="20"/>
          <w:lang w:val="sv-SE"/>
        </w:rPr>
        <w:tab/>
        <w:t>Finns att hämta hem som pdf från Vattenbokhandeln. https://vattenbokhandeln.svensktvatten.se/</w:t>
      </w:r>
    </w:p>
    <w:p w14:paraId="617E36BF" w14:textId="3EBB4D09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Utgivningsår</w:t>
      </w:r>
      <w:r w:rsidRPr="00C84E3A">
        <w:rPr>
          <w:rFonts w:ascii="Arial" w:hAnsi="Arial" w:cs="Arial"/>
          <w:sz w:val="20"/>
          <w:szCs w:val="20"/>
          <w:lang w:val="sv-SE"/>
        </w:rPr>
        <w:tab/>
        <w:t>202</w:t>
      </w:r>
      <w:r>
        <w:rPr>
          <w:rFonts w:ascii="Arial" w:hAnsi="Arial" w:cs="Arial"/>
          <w:sz w:val="20"/>
          <w:szCs w:val="20"/>
          <w:lang w:val="sv-SE"/>
        </w:rPr>
        <w:t>6</w:t>
      </w:r>
    </w:p>
    <w:p w14:paraId="42072862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Utgivare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sz w:val="20"/>
          <w:szCs w:val="20"/>
          <w:lang w:val="sv-SE"/>
        </w:rPr>
        <w:t>© Svenskt Vatten AB</w:t>
      </w:r>
    </w:p>
    <w:p w14:paraId="27A52021" w14:textId="77777777" w:rsidR="00C84E3A" w:rsidRPr="00C84E3A" w:rsidRDefault="00C84E3A" w:rsidP="00C84E3A">
      <w:pPr>
        <w:spacing w:before="120" w:after="240"/>
        <w:rPr>
          <w:rFonts w:ascii="Arial" w:hAnsi="Arial" w:cs="Arial"/>
          <w:sz w:val="20"/>
          <w:szCs w:val="20"/>
          <w:lang w:val="sv-SE"/>
        </w:rPr>
      </w:pPr>
    </w:p>
    <w:p w14:paraId="04CE5461" w14:textId="451F8870" w:rsidR="00C84E3A" w:rsidRPr="00C84E3A" w:rsidRDefault="004E3BBA" w:rsidP="00C84E3A">
      <w:pPr>
        <w:spacing w:before="120" w:after="240"/>
        <w:rPr>
          <w:rFonts w:ascii="Arial" w:hAnsi="Arial" w:cs="Arial"/>
          <w:b/>
          <w:sz w:val="20"/>
          <w:szCs w:val="20"/>
          <w:lang w:val="sv-SE"/>
        </w:rPr>
      </w:pPr>
      <w:r w:rsidRPr="00C84E3A">
        <w:rPr>
          <w:rFonts w:ascii="Arial" w:hAnsi="Arial" w:cs="Arial"/>
          <w:b/>
          <w:sz w:val="20"/>
          <w:szCs w:val="20"/>
          <w:lang w:val="sv-SE"/>
        </w:rPr>
        <w:t xml:space="preserve">Om </w:t>
      </w:r>
      <w:r>
        <w:rPr>
          <w:rFonts w:ascii="Arial" w:hAnsi="Arial" w:cs="Arial"/>
          <w:b/>
          <w:sz w:val="20"/>
          <w:szCs w:val="20"/>
          <w:lang w:val="sv-SE"/>
        </w:rPr>
        <w:t>p</w:t>
      </w:r>
      <w:r w:rsidRPr="00C84E3A">
        <w:rPr>
          <w:rFonts w:ascii="Arial" w:hAnsi="Arial" w:cs="Arial"/>
          <w:b/>
          <w:sz w:val="20"/>
          <w:szCs w:val="20"/>
          <w:lang w:val="sv-SE"/>
        </w:rPr>
        <w:t>rojektet</w:t>
      </w:r>
    </w:p>
    <w:p w14:paraId="7A87BE2A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Projektnummer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</w:p>
    <w:p w14:paraId="4497428D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color w:val="FF0000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Projektets namn</w:t>
      </w:r>
      <w:r w:rsidRPr="00C84E3A">
        <w:rPr>
          <w:rFonts w:ascii="Arial" w:hAnsi="Arial" w:cs="Arial"/>
          <w:sz w:val="20"/>
          <w:szCs w:val="20"/>
          <w:lang w:val="sv-SE"/>
        </w:rPr>
        <w:tab/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</w:p>
    <w:p w14:paraId="79E0E746" w14:textId="77777777" w:rsidR="00C84E3A" w:rsidRPr="00C84E3A" w:rsidRDefault="004E3BBA" w:rsidP="00C84E3A">
      <w:pPr>
        <w:spacing w:after="240"/>
        <w:ind w:left="2694" w:hanging="2694"/>
        <w:rPr>
          <w:rFonts w:ascii="Arial" w:hAnsi="Arial" w:cs="Arial"/>
          <w:sz w:val="20"/>
          <w:szCs w:val="20"/>
          <w:lang w:val="sv-SE"/>
        </w:rPr>
      </w:pPr>
      <w:r w:rsidRPr="00C84E3A">
        <w:rPr>
          <w:rFonts w:ascii="Arial" w:hAnsi="Arial" w:cs="Arial"/>
          <w:sz w:val="20"/>
          <w:szCs w:val="20"/>
          <w:lang w:val="sv-SE"/>
        </w:rPr>
        <w:t>Projektets finansiering</w:t>
      </w:r>
      <w:r w:rsidRPr="00C84E3A">
        <w:rPr>
          <w:rFonts w:ascii="Arial" w:hAnsi="Arial" w:cs="Arial"/>
          <w:sz w:val="20"/>
          <w:szCs w:val="20"/>
          <w:lang w:val="sv-SE"/>
        </w:rPr>
        <w:tab/>
        <w:t xml:space="preserve">Svenskt Vatten Utveckling, </w:t>
      </w:r>
      <w:r w:rsidRPr="00C84E3A">
        <w:rPr>
          <w:rFonts w:ascii="Arial" w:hAnsi="Arial" w:cs="Arial"/>
          <w:color w:val="FF0000"/>
          <w:sz w:val="20"/>
          <w:szCs w:val="20"/>
          <w:lang w:val="sv-SE"/>
        </w:rPr>
        <w:t>x</w:t>
      </w:r>
      <w:r w:rsidRPr="00C84E3A">
        <w:rPr>
          <w:rFonts w:ascii="Arial" w:hAnsi="Arial" w:cs="Arial"/>
          <w:sz w:val="20"/>
          <w:szCs w:val="20"/>
          <w:lang w:val="sv-SE"/>
        </w:rPr>
        <w:t xml:space="preserve"> (Fyll i om fler finansiärer)</w:t>
      </w:r>
    </w:p>
    <w:p w14:paraId="487E84A2" w14:textId="77777777" w:rsidR="008F0C1D" w:rsidRDefault="004E3BBA">
      <w:pPr>
        <w:rPr>
          <w:lang w:val="sv-SE"/>
        </w:rPr>
      </w:pPr>
      <w:r w:rsidRPr="00CE7A3B">
        <w:rPr>
          <w:lang w:val="sv-SE"/>
        </w:rPr>
        <w:br w:type="page"/>
      </w:r>
    </w:p>
    <w:p w14:paraId="38B31810" w14:textId="38E4D1BE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lastRenderedPageBreak/>
        <w:t>Förord</w:t>
      </w:r>
    </w:p>
    <w:p w14:paraId="5636DF9D" w14:textId="77777777" w:rsidR="00450398" w:rsidRDefault="004E3BBA">
      <w:pPr>
        <w:rPr>
          <w:lang w:val="sv-SE"/>
        </w:rPr>
      </w:pPr>
      <w:r w:rsidRPr="00CE7A3B">
        <w:rPr>
          <w:lang w:val="sv-SE"/>
        </w:rPr>
        <w:t>Här skrivs förordet (max 2 500 tecken inklusive blanksteg).</w:t>
      </w:r>
      <w:r w:rsidR="00A141A7">
        <w:rPr>
          <w:lang w:val="sv-SE"/>
        </w:rPr>
        <w:t xml:space="preserve"> </w:t>
      </w:r>
    </w:p>
    <w:p w14:paraId="571D3367" w14:textId="5DD8836D" w:rsidR="00A6225A" w:rsidRDefault="004E3BBA">
      <w:pPr>
        <w:rPr>
          <w:lang w:val="sv-SE"/>
        </w:rPr>
      </w:pPr>
      <w:r>
        <w:rPr>
          <w:lang w:val="sv-SE"/>
        </w:rPr>
        <w:t xml:space="preserve">Förordet kan t.ex. innehålla: </w:t>
      </w:r>
    </w:p>
    <w:p w14:paraId="2D8B4845" w14:textId="77777777" w:rsidR="00A141A7" w:rsidRPr="002A0518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</w:rPr>
      </w:pPr>
      <w:r w:rsidRPr="002A0518">
        <w:rPr>
          <w:color w:val="000000"/>
        </w:rPr>
        <w:t>Kort bakgrund till projektets uppkomst</w:t>
      </w:r>
    </w:p>
    <w:p w14:paraId="536040ED" w14:textId="77777777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>Vilka ni är som genomfört projektet</w:t>
      </w:r>
    </w:p>
    <w:p w14:paraId="2EA7B757" w14:textId="77777777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>Vilka som är målgruppen för rapporten</w:t>
      </w:r>
    </w:p>
    <w:p w14:paraId="73314604" w14:textId="77777777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60" w:line="288" w:lineRule="auto"/>
        <w:ind w:left="1434" w:hanging="357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>Tack till personer som medverkat till projekts genomförande</w:t>
      </w:r>
    </w:p>
    <w:p w14:paraId="56A00484" w14:textId="77777777" w:rsidR="00A141A7" w:rsidRPr="00CE7A3B" w:rsidRDefault="00A141A7">
      <w:pPr>
        <w:rPr>
          <w:lang w:val="sv-SE"/>
        </w:rPr>
      </w:pPr>
    </w:p>
    <w:p w14:paraId="582615ED" w14:textId="77777777" w:rsidR="008F0C1D" w:rsidRDefault="004E3BBA">
      <w:pPr>
        <w:rPr>
          <w:lang w:val="sv-SE"/>
        </w:rPr>
      </w:pPr>
      <w:r w:rsidRPr="00CE7A3B">
        <w:rPr>
          <w:lang w:val="sv-SE"/>
        </w:rPr>
        <w:br w:type="page"/>
      </w:r>
    </w:p>
    <w:p w14:paraId="22EE2518" w14:textId="056217BE" w:rsidR="00A6225A" w:rsidRDefault="004E3BBA" w:rsidP="00A6225A">
      <w:pPr>
        <w:pStyle w:val="Rubrik1"/>
        <w:rPr>
          <w:lang w:val="sv-SE"/>
        </w:rPr>
      </w:pPr>
      <w:r>
        <w:rPr>
          <w:lang w:val="sv-SE"/>
        </w:rPr>
        <w:lastRenderedPageBreak/>
        <w:t>Innehåll</w:t>
      </w:r>
    </w:p>
    <w:p w14:paraId="4A8D5AD1" w14:textId="56273F16" w:rsidR="00A6225A" w:rsidRDefault="004E3BBA" w:rsidP="00A6225A">
      <w:pPr>
        <w:rPr>
          <w:lang w:val="sv-SE"/>
        </w:rPr>
      </w:pPr>
      <w:r>
        <w:rPr>
          <w:lang w:val="sv-SE"/>
        </w:rPr>
        <w:t>I innehållsförteckningen tas bara två rubriknivåer upp. Förord, sammanfattning, summary</w:t>
      </w:r>
      <w:r w:rsidR="003920CD">
        <w:rPr>
          <w:lang w:val="sv-SE"/>
        </w:rPr>
        <w:t>, ev. ordlista samt</w:t>
      </w:r>
      <w:r>
        <w:rPr>
          <w:lang w:val="sv-SE"/>
        </w:rPr>
        <w:t xml:space="preserve"> referenser ska inte numreras. Bilagorna kallas A, B osv.</w:t>
      </w:r>
      <w:r w:rsidR="00A141A7">
        <w:rPr>
          <w:lang w:val="sv-SE"/>
        </w:rPr>
        <w:t xml:space="preserve"> Innehållsförteckningen ska inte innehålla sidnummer.</w:t>
      </w:r>
    </w:p>
    <w:p w14:paraId="3895F921" w14:textId="1F24318B" w:rsidR="00A6225A" w:rsidRDefault="004E3BBA" w:rsidP="00A6225A">
      <w:pPr>
        <w:rPr>
          <w:lang w:val="sv-SE"/>
        </w:rPr>
      </w:pPr>
      <w:r>
        <w:rPr>
          <w:lang w:val="sv-SE"/>
        </w:rPr>
        <w:t>Förord</w:t>
      </w:r>
    </w:p>
    <w:p w14:paraId="7D28633D" w14:textId="6745B609" w:rsidR="00A6225A" w:rsidRDefault="004E3BBA" w:rsidP="00A6225A">
      <w:pPr>
        <w:rPr>
          <w:lang w:val="sv-SE"/>
        </w:rPr>
      </w:pPr>
      <w:r>
        <w:rPr>
          <w:lang w:val="sv-SE"/>
        </w:rPr>
        <w:t>Sammanfattning</w:t>
      </w:r>
    </w:p>
    <w:p w14:paraId="08CA2F25" w14:textId="705DF8B1" w:rsidR="00A6225A" w:rsidRDefault="004E3BBA" w:rsidP="00A6225A">
      <w:pPr>
        <w:rPr>
          <w:lang w:val="sv-SE"/>
        </w:rPr>
      </w:pPr>
      <w:r>
        <w:rPr>
          <w:lang w:val="sv-SE"/>
        </w:rPr>
        <w:t>Summary</w:t>
      </w:r>
    </w:p>
    <w:p w14:paraId="146BBFC7" w14:textId="6D3056AA" w:rsidR="00C36CAF" w:rsidRDefault="004E3BBA" w:rsidP="00A6225A">
      <w:pPr>
        <w:rPr>
          <w:lang w:val="sv-SE"/>
        </w:rPr>
      </w:pPr>
      <w:r>
        <w:rPr>
          <w:lang w:val="sv-SE"/>
        </w:rPr>
        <w:t>Ev. ordlista</w:t>
      </w:r>
    </w:p>
    <w:p w14:paraId="658E8DBC" w14:textId="76CC20DB" w:rsidR="00A6225A" w:rsidRPr="00A6225A" w:rsidRDefault="004E3BBA" w:rsidP="00A6225A">
      <w:pPr>
        <w:rPr>
          <w:b/>
          <w:bCs/>
          <w:lang w:val="sv-SE"/>
        </w:rPr>
      </w:pPr>
      <w:r w:rsidRPr="00A6225A">
        <w:rPr>
          <w:b/>
          <w:bCs/>
          <w:lang w:val="sv-SE"/>
        </w:rPr>
        <w:t>1 Xxxxxxxxx</w:t>
      </w:r>
    </w:p>
    <w:p w14:paraId="63AB095C" w14:textId="34F8FAD9" w:rsidR="00A6225A" w:rsidRPr="00A6225A" w:rsidRDefault="004E3BBA" w:rsidP="00A6225A">
      <w:pPr>
        <w:pStyle w:val="Liststycke"/>
        <w:numPr>
          <w:ilvl w:val="1"/>
          <w:numId w:val="11"/>
        </w:numPr>
        <w:rPr>
          <w:lang w:val="sv-SE"/>
        </w:rPr>
      </w:pPr>
      <w:r w:rsidRPr="00A6225A">
        <w:rPr>
          <w:lang w:val="sv-SE"/>
        </w:rPr>
        <w:t>Xxxxxxxx</w:t>
      </w:r>
    </w:p>
    <w:p w14:paraId="4294E2B2" w14:textId="2B2E79A6" w:rsidR="00A6225A" w:rsidRDefault="004E3BBA" w:rsidP="00A6225A">
      <w:pPr>
        <w:pStyle w:val="Liststycke"/>
        <w:numPr>
          <w:ilvl w:val="1"/>
          <w:numId w:val="11"/>
        </w:numPr>
        <w:rPr>
          <w:lang w:val="sv-SE"/>
        </w:rPr>
      </w:pPr>
      <w:r>
        <w:rPr>
          <w:lang w:val="sv-SE"/>
        </w:rPr>
        <w:t>Xxxxxxxx</w:t>
      </w:r>
    </w:p>
    <w:p w14:paraId="680F5319" w14:textId="77777777" w:rsidR="00A6225A" w:rsidRDefault="00A6225A" w:rsidP="00A6225A">
      <w:pPr>
        <w:rPr>
          <w:lang w:val="sv-SE"/>
        </w:rPr>
      </w:pPr>
    </w:p>
    <w:p w14:paraId="51E6FF56" w14:textId="6E21B091" w:rsidR="00A6225A" w:rsidRDefault="004E3BBA" w:rsidP="00A6225A">
      <w:pPr>
        <w:rPr>
          <w:lang w:val="sv-SE"/>
        </w:rPr>
      </w:pPr>
      <w:r>
        <w:rPr>
          <w:lang w:val="sv-SE"/>
        </w:rPr>
        <w:t>Referenser</w:t>
      </w:r>
    </w:p>
    <w:p w14:paraId="461C8D3B" w14:textId="1DD0C974" w:rsidR="00A6225A" w:rsidRDefault="004E3BBA" w:rsidP="00A6225A">
      <w:pPr>
        <w:rPr>
          <w:lang w:val="sv-SE"/>
        </w:rPr>
      </w:pPr>
      <w:r>
        <w:rPr>
          <w:lang w:val="sv-SE"/>
        </w:rPr>
        <w:t>Bilaga A Xxxxxxxxx</w:t>
      </w:r>
    </w:p>
    <w:p w14:paraId="5855C905" w14:textId="25B47AA6" w:rsidR="00A6225A" w:rsidRPr="00A6225A" w:rsidRDefault="004E3BBA" w:rsidP="00A6225A">
      <w:pPr>
        <w:rPr>
          <w:lang w:val="sv-SE"/>
        </w:rPr>
      </w:pPr>
      <w:r>
        <w:rPr>
          <w:lang w:val="sv-SE"/>
        </w:rPr>
        <w:t>Bilaga B Xxxxxxxxx</w:t>
      </w:r>
    </w:p>
    <w:p w14:paraId="2FD54D5E" w14:textId="77777777" w:rsidR="00A6225A" w:rsidRDefault="004E3BB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sv-SE"/>
        </w:rPr>
      </w:pPr>
      <w:r>
        <w:rPr>
          <w:lang w:val="sv-SE"/>
        </w:rPr>
        <w:br w:type="page"/>
      </w:r>
    </w:p>
    <w:p w14:paraId="4824042E" w14:textId="49CBF07A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lastRenderedPageBreak/>
        <w:t>Sammanfattning</w:t>
      </w:r>
    </w:p>
    <w:p w14:paraId="28C145CF" w14:textId="1C4E4998" w:rsidR="008F0C1D" w:rsidRDefault="004E3BBA">
      <w:pPr>
        <w:rPr>
          <w:lang w:val="sv-SE"/>
        </w:rPr>
      </w:pPr>
      <w:r w:rsidRPr="00CE7A3B">
        <w:rPr>
          <w:lang w:val="sv-SE"/>
        </w:rPr>
        <w:t>Populärvetenskaplig sammanfattning (max 3 500 tecken inklusive blanksteg).</w:t>
      </w:r>
      <w:r w:rsidR="00496A46">
        <w:rPr>
          <w:lang w:val="sv-SE"/>
        </w:rPr>
        <w:t xml:space="preserve"> </w:t>
      </w:r>
    </w:p>
    <w:p w14:paraId="745A7300" w14:textId="1F47FA78" w:rsidR="00A141A7" w:rsidRDefault="004E3BBA">
      <w:pPr>
        <w:rPr>
          <w:lang w:val="sv-SE"/>
        </w:rPr>
      </w:pPr>
      <w:r>
        <w:rPr>
          <w:lang w:val="sv-SE"/>
        </w:rPr>
        <w:t xml:space="preserve">Sammanfattningens första stycke ska vara identiskt med det korta sammandraget på den bibliografiska sidan. Sammanfattningen bör svara på följande frågor: </w:t>
      </w:r>
    </w:p>
    <w:p w14:paraId="67D0FF67" w14:textId="4E4002BC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 xml:space="preserve">Varför behövdes det här projektet? Vilket/vilka problem skulle belysas? </w:t>
      </w:r>
    </w:p>
    <w:p w14:paraId="57E30DE6" w14:textId="0FBED9C4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 xml:space="preserve">Vilken nytta kommer projektet att ha för kommunala VA-organisationer och samhället i stort? </w:t>
      </w:r>
    </w:p>
    <w:p w14:paraId="3C991795" w14:textId="77777777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>Hur har ni gjort? Kort och populärvetenskapligt om metoder.</w:t>
      </w:r>
    </w:p>
    <w:p w14:paraId="582A7F9A" w14:textId="26A067B0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>Vilka är de viktigaste resultaten? Kort och populärvetenskapligt om resultaten.</w:t>
      </w:r>
    </w:p>
    <w:p w14:paraId="0494ACF8" w14:textId="399BF65C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>Har ni några r</w:t>
      </w:r>
      <w:r>
        <w:rPr>
          <w:color w:val="000000"/>
          <w:lang w:val="sv-SE"/>
        </w:rPr>
        <w:t xml:space="preserve">åd till VA-organisationerna med anledning av resultaten? </w:t>
      </w:r>
    </w:p>
    <w:p w14:paraId="716E13EE" w14:textId="77777777" w:rsidR="00A141A7" w:rsidRPr="00A141A7" w:rsidRDefault="004E3BBA" w:rsidP="00A141A7">
      <w:pPr>
        <w:pStyle w:val="Brdtext"/>
        <w:numPr>
          <w:ilvl w:val="1"/>
          <w:numId w:val="12"/>
        </w:numPr>
        <w:overflowPunct w:val="0"/>
        <w:autoSpaceDE w:val="0"/>
        <w:autoSpaceDN w:val="0"/>
        <w:adjustRightInd w:val="0"/>
        <w:spacing w:after="60" w:line="288" w:lineRule="auto"/>
        <w:ind w:left="1434" w:hanging="357"/>
        <w:textAlignment w:val="baseline"/>
        <w:rPr>
          <w:color w:val="000000"/>
          <w:lang w:val="sv-SE"/>
        </w:rPr>
      </w:pPr>
      <w:r w:rsidRPr="00A141A7">
        <w:rPr>
          <w:color w:val="000000"/>
          <w:lang w:val="sv-SE"/>
        </w:rPr>
        <w:t xml:space="preserve">Behövs det någon ytterligare forskning med direkt anknytning till projektet? </w:t>
      </w:r>
    </w:p>
    <w:p w14:paraId="4001DDB6" w14:textId="77777777" w:rsidR="00A141A7" w:rsidRPr="00CE7A3B" w:rsidRDefault="00A141A7">
      <w:pPr>
        <w:rPr>
          <w:lang w:val="sv-SE"/>
        </w:rPr>
      </w:pPr>
    </w:p>
    <w:p w14:paraId="199FDBA9" w14:textId="77777777" w:rsidR="008F0C1D" w:rsidRPr="00CE7A3B" w:rsidRDefault="004E3BBA">
      <w:pPr>
        <w:rPr>
          <w:lang w:val="sv-SE"/>
        </w:rPr>
      </w:pPr>
      <w:r w:rsidRPr="00CE7A3B">
        <w:rPr>
          <w:lang w:val="sv-SE"/>
        </w:rPr>
        <w:br w:type="page"/>
      </w:r>
    </w:p>
    <w:p w14:paraId="24BAA47C" w14:textId="77777777" w:rsidR="008F0C1D" w:rsidRDefault="004E3BBA">
      <w:pPr>
        <w:pStyle w:val="Rubrik1"/>
      </w:pPr>
      <w:r>
        <w:lastRenderedPageBreak/>
        <w:t>Summary</w:t>
      </w:r>
    </w:p>
    <w:p w14:paraId="2744E478" w14:textId="77777777" w:rsidR="008F0C1D" w:rsidRDefault="004E3BBA">
      <w:r>
        <w:t>English translation of the Swedish summary (max 3 500 characters including spaces).</w:t>
      </w:r>
    </w:p>
    <w:p w14:paraId="06C0BED6" w14:textId="77975EAE" w:rsidR="00A141A7" w:rsidRPr="00CE7A3B" w:rsidRDefault="004E3BBA" w:rsidP="00A141A7">
      <w:pPr>
        <w:rPr>
          <w:lang w:val="sv-SE"/>
        </w:rPr>
      </w:pPr>
      <w:r w:rsidRPr="0622B94E">
        <w:rPr>
          <w:lang w:val="sv-SE"/>
        </w:rPr>
        <w:t>Första stycket ska vara identiskt med summary på den bibliografiska sidan.</w:t>
      </w:r>
    </w:p>
    <w:p w14:paraId="5708A9D2" w14:textId="77777777" w:rsidR="00A141A7" w:rsidRPr="00A141A7" w:rsidRDefault="00A141A7">
      <w:pPr>
        <w:rPr>
          <w:lang w:val="sv-SE"/>
        </w:rPr>
      </w:pPr>
    </w:p>
    <w:p w14:paraId="18FD84A5" w14:textId="77777777" w:rsidR="008F0C1D" w:rsidRPr="00A141A7" w:rsidRDefault="004E3BBA">
      <w:pPr>
        <w:rPr>
          <w:lang w:val="sv-SE"/>
        </w:rPr>
      </w:pPr>
      <w:r w:rsidRPr="00A141A7">
        <w:rPr>
          <w:lang w:val="sv-SE"/>
        </w:rPr>
        <w:br w:type="page"/>
      </w:r>
    </w:p>
    <w:p w14:paraId="50D6787F" w14:textId="77777777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lastRenderedPageBreak/>
        <w:t>1 Inledning</w:t>
      </w:r>
    </w:p>
    <w:p w14:paraId="4A0D9685" w14:textId="49651399" w:rsidR="00C36CAF" w:rsidRDefault="004E3BBA" w:rsidP="00090408">
      <w:pPr>
        <w:pStyle w:val="Rubrik2"/>
        <w:rPr>
          <w:lang w:val="sv-SE"/>
        </w:rPr>
      </w:pPr>
      <w:r>
        <w:rPr>
          <w:lang w:val="sv-SE"/>
        </w:rPr>
        <w:t xml:space="preserve">1.1 </w:t>
      </w:r>
      <w:r w:rsidRPr="00090408">
        <w:rPr>
          <w:lang w:val="sv-SE"/>
        </w:rPr>
        <w:t>Bakgrund</w:t>
      </w:r>
    </w:p>
    <w:p w14:paraId="3EFAC97F" w14:textId="50839C68" w:rsidR="00C36CAF" w:rsidRDefault="004E3BBA">
      <w:pPr>
        <w:rPr>
          <w:lang w:val="sv-SE"/>
        </w:rPr>
      </w:pPr>
      <w:r>
        <w:rPr>
          <w:lang w:val="sv-SE"/>
        </w:rPr>
        <w:t xml:space="preserve">Beskriv </w:t>
      </w:r>
      <w:r w:rsidR="00FA385E">
        <w:rPr>
          <w:lang w:val="sv-SE"/>
        </w:rPr>
        <w:t xml:space="preserve">bakgrunden till projektet och varför det behövdes i ett större sammanhang. </w:t>
      </w:r>
    </w:p>
    <w:p w14:paraId="2B84C428" w14:textId="0D1DDBFC" w:rsidR="00C36CAF" w:rsidRDefault="004E3BBA" w:rsidP="009F6731">
      <w:pPr>
        <w:pStyle w:val="Rubrik2"/>
        <w:rPr>
          <w:lang w:val="sv-SE"/>
        </w:rPr>
      </w:pPr>
      <w:r>
        <w:rPr>
          <w:lang w:val="sv-SE"/>
        </w:rPr>
        <w:t>1.2 Projekets syfte och mål</w:t>
      </w:r>
    </w:p>
    <w:p w14:paraId="7D07150D" w14:textId="048F50A8" w:rsidR="00C36CAF" w:rsidRPr="00C36CAF" w:rsidRDefault="004E3BBA" w:rsidP="00C36CAF">
      <w:pPr>
        <w:rPr>
          <w:lang w:val="sv-SE"/>
        </w:rPr>
      </w:pPr>
      <w:r>
        <w:rPr>
          <w:lang w:val="sv-SE"/>
        </w:rPr>
        <w:t xml:space="preserve">Beskriv projektets syfte och mål, och vilka som kommer att ha nytta av projektets resultat. </w:t>
      </w:r>
    </w:p>
    <w:p w14:paraId="1D001F25" w14:textId="64142835" w:rsidR="00C36CAF" w:rsidRDefault="004E3BBA" w:rsidP="009F6731">
      <w:pPr>
        <w:pStyle w:val="Rubrik3"/>
        <w:rPr>
          <w:lang w:val="sv-SE"/>
        </w:rPr>
      </w:pPr>
      <w:r>
        <w:rPr>
          <w:lang w:val="sv-SE"/>
        </w:rPr>
        <w:t xml:space="preserve">1.2.1 </w:t>
      </w:r>
      <w:r w:rsidR="002A2A99">
        <w:rPr>
          <w:lang w:val="sv-SE"/>
        </w:rPr>
        <w:t>Projektets f</w:t>
      </w:r>
      <w:r>
        <w:rPr>
          <w:lang w:val="sv-SE"/>
        </w:rPr>
        <w:t>rågeställningar</w:t>
      </w:r>
    </w:p>
    <w:p w14:paraId="5F32C1A2" w14:textId="1D66314E" w:rsidR="00090408" w:rsidRDefault="004E3BBA" w:rsidP="00C36CAF">
      <w:pPr>
        <w:rPr>
          <w:lang w:val="sv-SE"/>
        </w:rPr>
      </w:pPr>
      <w:r>
        <w:rPr>
          <w:lang w:val="sv-SE"/>
        </w:rPr>
        <w:t xml:space="preserve">Frågeställningarna i projektet beskrivs i en punktlista. De följs sedan upp och besvaras i kapitlet om slutsatser. </w:t>
      </w:r>
    </w:p>
    <w:p w14:paraId="069F6F37" w14:textId="662A510E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t>2 Metod</w:t>
      </w:r>
      <w:r w:rsidR="00FA385E">
        <w:rPr>
          <w:lang w:val="sv-SE"/>
        </w:rPr>
        <w:t xml:space="preserve"> och genomförande</w:t>
      </w:r>
    </w:p>
    <w:p w14:paraId="5EFBD314" w14:textId="536CEABA" w:rsidR="00C36CAF" w:rsidRPr="00C36CAF" w:rsidRDefault="004E3BBA" w:rsidP="00C36CAF">
      <w:pPr>
        <w:rPr>
          <w:lang w:val="sv-SE"/>
        </w:rPr>
      </w:pPr>
      <w:r w:rsidRPr="00CE7A3B">
        <w:rPr>
          <w:lang w:val="sv-SE"/>
        </w:rPr>
        <w:t>Beskriv metod och genomförande.</w:t>
      </w:r>
    </w:p>
    <w:p w14:paraId="44EF01B4" w14:textId="77777777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t>3 Resultat</w:t>
      </w:r>
    </w:p>
    <w:p w14:paraId="20213840" w14:textId="77777777" w:rsidR="008F0C1D" w:rsidRPr="00CE7A3B" w:rsidRDefault="004E3BBA">
      <w:pPr>
        <w:rPr>
          <w:lang w:val="sv-SE"/>
        </w:rPr>
      </w:pPr>
      <w:r w:rsidRPr="00CE7A3B">
        <w:rPr>
          <w:lang w:val="sv-SE"/>
        </w:rPr>
        <w:t>Presentera resultaten tydligt och strukturerat.</w:t>
      </w:r>
    </w:p>
    <w:p w14:paraId="3577AB45" w14:textId="50AEACFE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t>4 Diskussion</w:t>
      </w:r>
      <w:r w:rsidR="00FA385E">
        <w:rPr>
          <w:lang w:val="sv-SE"/>
        </w:rPr>
        <w:t xml:space="preserve"> (och ev. råd till VA-organisationerna)</w:t>
      </w:r>
    </w:p>
    <w:p w14:paraId="4AF23C80" w14:textId="098F44AB" w:rsidR="008F0C1D" w:rsidRPr="00CE7A3B" w:rsidRDefault="004E3BBA">
      <w:pPr>
        <w:rPr>
          <w:lang w:val="sv-SE"/>
        </w:rPr>
      </w:pPr>
      <w:r w:rsidRPr="00CE7A3B">
        <w:rPr>
          <w:lang w:val="sv-SE"/>
        </w:rPr>
        <w:t>Tolka resultaten och sätt dem i ett sammanhang.</w:t>
      </w:r>
      <w:r w:rsidR="00FA385E">
        <w:rPr>
          <w:lang w:val="sv-SE"/>
        </w:rPr>
        <w:t xml:space="preserve"> </w:t>
      </w:r>
    </w:p>
    <w:p w14:paraId="4A07CA73" w14:textId="3DDD0BA9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t>5 Slutsatser</w:t>
      </w:r>
      <w:r w:rsidR="00FA385E">
        <w:rPr>
          <w:lang w:val="sv-SE"/>
        </w:rPr>
        <w:t xml:space="preserve"> </w:t>
      </w:r>
      <w:r w:rsidR="00943F4B">
        <w:rPr>
          <w:lang w:val="sv-SE"/>
        </w:rPr>
        <w:t>(och råd)</w:t>
      </w:r>
    </w:p>
    <w:p w14:paraId="27EE705A" w14:textId="6F5F458C" w:rsidR="008F0C1D" w:rsidRDefault="004E3BBA">
      <w:pPr>
        <w:rPr>
          <w:lang w:val="sv-SE"/>
        </w:rPr>
      </w:pPr>
      <w:r w:rsidRPr="00CE7A3B">
        <w:rPr>
          <w:lang w:val="sv-SE"/>
        </w:rPr>
        <w:t>Besvara projektets frågeställningar tydligt.</w:t>
      </w:r>
      <w:r w:rsidR="00223CAA">
        <w:rPr>
          <w:lang w:val="sv-SE"/>
        </w:rPr>
        <w:t xml:space="preserve"> Upprepa frågeställningarna i början av kapitlet. </w:t>
      </w:r>
    </w:p>
    <w:p w14:paraId="18CF98E1" w14:textId="3D733A41" w:rsidR="00943F4B" w:rsidRDefault="004E3BBA">
      <w:pPr>
        <w:rPr>
          <w:lang w:val="sv-SE"/>
        </w:rPr>
      </w:pPr>
      <w:r>
        <w:rPr>
          <w:lang w:val="sv-SE"/>
        </w:rPr>
        <w:t xml:space="preserve">Ge några råd till Svenskt Vattens medlemmar utifrån projektets slutsatser. </w:t>
      </w:r>
    </w:p>
    <w:p w14:paraId="646DE0E3" w14:textId="74575EB4" w:rsidR="00FA385E" w:rsidRDefault="004E3BBA" w:rsidP="00FA385E">
      <w:pPr>
        <w:pStyle w:val="Rubrik1"/>
        <w:rPr>
          <w:lang w:val="sv-SE"/>
        </w:rPr>
      </w:pPr>
      <w:r>
        <w:rPr>
          <w:lang w:val="sv-SE"/>
        </w:rPr>
        <w:t xml:space="preserve">6 </w:t>
      </w:r>
      <w:r w:rsidR="00943F4B">
        <w:rPr>
          <w:lang w:val="sv-SE"/>
        </w:rPr>
        <w:t>B</w:t>
      </w:r>
      <w:r w:rsidR="00223CAA">
        <w:rPr>
          <w:lang w:val="sv-SE"/>
        </w:rPr>
        <w:t xml:space="preserve">ehov av </w:t>
      </w:r>
      <w:r>
        <w:rPr>
          <w:lang w:val="sv-SE"/>
        </w:rPr>
        <w:t>fortsatt forskning och utveckling</w:t>
      </w:r>
    </w:p>
    <w:p w14:paraId="1EFE3EC6" w14:textId="77777777" w:rsidR="00FA385E" w:rsidRPr="00CE7A3B" w:rsidRDefault="00FA385E">
      <w:pPr>
        <w:rPr>
          <w:lang w:val="sv-SE"/>
        </w:rPr>
      </w:pPr>
    </w:p>
    <w:p w14:paraId="0158E69E" w14:textId="77777777" w:rsidR="008F0C1D" w:rsidRPr="00CE7A3B" w:rsidRDefault="004E3BBA">
      <w:pPr>
        <w:rPr>
          <w:lang w:val="sv-SE"/>
        </w:rPr>
      </w:pPr>
      <w:r w:rsidRPr="00CE7A3B">
        <w:rPr>
          <w:lang w:val="sv-SE"/>
        </w:rPr>
        <w:br w:type="page"/>
      </w:r>
    </w:p>
    <w:p w14:paraId="4A93FE89" w14:textId="000C28D3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lastRenderedPageBreak/>
        <w:t>Referenser</w:t>
      </w:r>
    </w:p>
    <w:p w14:paraId="2A989E05" w14:textId="1881CE3F" w:rsidR="008F0C1D" w:rsidRDefault="004E3BBA">
      <w:pPr>
        <w:rPr>
          <w:lang w:val="sv-SE"/>
        </w:rPr>
      </w:pPr>
      <w:r w:rsidRPr="00CE7A3B">
        <w:rPr>
          <w:lang w:val="sv-SE"/>
        </w:rPr>
        <w:t xml:space="preserve">Referenser enligt Harvardsystemet </w:t>
      </w:r>
      <w:r w:rsidR="007512E7">
        <w:rPr>
          <w:lang w:val="sv-SE"/>
        </w:rPr>
        <w:t xml:space="preserve">placeras </w:t>
      </w:r>
      <w:r w:rsidRPr="00CE7A3B">
        <w:rPr>
          <w:lang w:val="sv-SE"/>
        </w:rPr>
        <w:t>i bokstavsordning</w:t>
      </w:r>
      <w:r w:rsidR="00223CAA">
        <w:rPr>
          <w:lang w:val="sv-SE"/>
        </w:rPr>
        <w:t xml:space="preserve"> efter första författarens efternamn eller motsvarande</w:t>
      </w:r>
      <w:r w:rsidRPr="00CE7A3B">
        <w:rPr>
          <w:lang w:val="sv-SE"/>
        </w:rPr>
        <w:t>.</w:t>
      </w:r>
      <w:r w:rsidR="00223CAA">
        <w:rPr>
          <w:lang w:val="sv-SE"/>
        </w:rPr>
        <w:t xml:space="preserve"> </w:t>
      </w:r>
    </w:p>
    <w:p w14:paraId="5F49743A" w14:textId="046F6BE8" w:rsidR="00223CAA" w:rsidRPr="004D57A5" w:rsidRDefault="004E3BBA" w:rsidP="00223CAA">
      <w:pPr>
        <w:pStyle w:val="Brdtext"/>
        <w:rPr>
          <w:color w:val="000000"/>
          <w:lang w:val="sv-SE"/>
        </w:rPr>
      </w:pPr>
      <w:r>
        <w:rPr>
          <w:color w:val="000000"/>
          <w:lang w:val="sv-SE"/>
        </w:rPr>
        <w:t xml:space="preserve">Exempel på olika typer av referenser: </w:t>
      </w:r>
    </w:p>
    <w:p w14:paraId="1FFCC71D" w14:textId="4675935C" w:rsidR="00223CAA" w:rsidRPr="00020623" w:rsidRDefault="004E3BBA" w:rsidP="00223CAA">
      <w:pPr>
        <w:pStyle w:val="Brdtex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88" w:lineRule="auto"/>
        <w:ind w:left="714" w:hanging="357"/>
        <w:textAlignment w:val="baseline"/>
        <w:rPr>
          <w:color w:val="000000"/>
        </w:rPr>
      </w:pPr>
      <w:r>
        <w:rPr>
          <w:b/>
          <w:bCs/>
          <w:color w:val="000000"/>
        </w:rPr>
        <w:t>B</w:t>
      </w:r>
      <w:r w:rsidRPr="001B62D0">
        <w:rPr>
          <w:b/>
          <w:bCs/>
          <w:color w:val="000000"/>
        </w:rPr>
        <w:t>okreferens</w:t>
      </w:r>
      <w:r w:rsidRPr="00020623">
        <w:rPr>
          <w:color w:val="000000"/>
        </w:rPr>
        <w:t>:</w:t>
      </w:r>
    </w:p>
    <w:p w14:paraId="3F6F688B" w14:textId="77777777" w:rsidR="00223CAA" w:rsidRPr="00020623" w:rsidRDefault="004E3BBA" w:rsidP="00223CAA">
      <w:pPr>
        <w:pStyle w:val="Brdtext"/>
        <w:spacing w:after="60"/>
        <w:ind w:left="720"/>
        <w:rPr>
          <w:color w:val="000000"/>
        </w:rPr>
      </w:pPr>
      <w:r w:rsidRPr="004D57A5">
        <w:rPr>
          <w:color w:val="000000"/>
          <w:lang w:val="sv-SE"/>
        </w:rPr>
        <w:t xml:space="preserve">Klum M.A. och Froster A. (2019). </w:t>
      </w:r>
      <w:r w:rsidRPr="004D57A5">
        <w:rPr>
          <w:i/>
          <w:iCs/>
          <w:color w:val="000000"/>
          <w:lang w:val="sv-SE"/>
        </w:rPr>
        <w:t>Vatten – om att värdera det ovärderliga.</w:t>
      </w:r>
      <w:r w:rsidRPr="004D57A5">
        <w:rPr>
          <w:color w:val="000000"/>
          <w:lang w:val="sv-SE"/>
        </w:rPr>
        <w:t xml:space="preserve"> </w:t>
      </w:r>
      <w:r>
        <w:rPr>
          <w:color w:val="000000"/>
        </w:rPr>
        <w:t>Stockholm: Svenskt Vatten.</w:t>
      </w:r>
    </w:p>
    <w:p w14:paraId="300A8180" w14:textId="3C71CF00" w:rsidR="00223CAA" w:rsidRPr="00020623" w:rsidRDefault="004E3BBA" w:rsidP="00223CAA">
      <w:pPr>
        <w:pStyle w:val="Brdtex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88" w:lineRule="auto"/>
        <w:ind w:left="714" w:hanging="357"/>
        <w:textAlignment w:val="baseline"/>
        <w:rPr>
          <w:color w:val="000000"/>
        </w:rPr>
      </w:pPr>
      <w:r>
        <w:rPr>
          <w:b/>
          <w:bCs/>
          <w:color w:val="000000"/>
        </w:rPr>
        <w:t>T</w:t>
      </w:r>
      <w:r w:rsidRPr="001B62D0">
        <w:rPr>
          <w:b/>
          <w:bCs/>
          <w:color w:val="000000"/>
        </w:rPr>
        <w:t>idskriftsreferens</w:t>
      </w:r>
      <w:r w:rsidRPr="00020623">
        <w:rPr>
          <w:color w:val="000000"/>
        </w:rPr>
        <w:t>:</w:t>
      </w:r>
    </w:p>
    <w:p w14:paraId="1E16DFA6" w14:textId="77777777" w:rsidR="00223CAA" w:rsidRPr="00D048C2" w:rsidRDefault="004E3BBA" w:rsidP="00223CAA">
      <w:pPr>
        <w:pStyle w:val="Brdtext"/>
        <w:spacing w:after="60"/>
        <w:ind w:left="720"/>
        <w:rPr>
          <w:color w:val="000000"/>
        </w:rPr>
      </w:pPr>
      <w:r w:rsidRPr="004D57A5">
        <w:rPr>
          <w:color w:val="000000"/>
          <w:lang w:val="sv-SE"/>
        </w:rPr>
        <w:t xml:space="preserve">Johannessen Å., Larsson R., Blom L., Karlsson D och Aspegren H. (2019). Tiden har runnit ikapp Sverige – sju principer för god vattenstyrning och hantering. </w:t>
      </w:r>
      <w:r w:rsidRPr="00655B43">
        <w:rPr>
          <w:i/>
          <w:iCs/>
          <w:color w:val="000000"/>
        </w:rPr>
        <w:t xml:space="preserve">Tidskriften </w:t>
      </w:r>
      <w:r>
        <w:rPr>
          <w:i/>
          <w:iCs/>
          <w:color w:val="000000"/>
        </w:rPr>
        <w:t xml:space="preserve">Vatten, </w:t>
      </w:r>
      <w:r>
        <w:rPr>
          <w:color w:val="000000"/>
        </w:rPr>
        <w:t>nr 4, ss. 371-381.</w:t>
      </w:r>
    </w:p>
    <w:p w14:paraId="6E8E961B" w14:textId="44AFD34E" w:rsidR="00223CAA" w:rsidRPr="00020623" w:rsidRDefault="004E3BBA" w:rsidP="00223CAA">
      <w:pPr>
        <w:pStyle w:val="Brdtex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88" w:lineRule="auto"/>
        <w:ind w:left="714" w:hanging="357"/>
        <w:textAlignment w:val="baseline"/>
        <w:rPr>
          <w:color w:val="000000"/>
        </w:rPr>
      </w:pPr>
      <w:r>
        <w:rPr>
          <w:b/>
          <w:bCs/>
          <w:color w:val="000000"/>
        </w:rPr>
        <w:t>R</w:t>
      </w:r>
      <w:r w:rsidRPr="001B62D0">
        <w:rPr>
          <w:b/>
          <w:bCs/>
          <w:color w:val="000000"/>
        </w:rPr>
        <w:t>apportreferens</w:t>
      </w:r>
      <w:r w:rsidRPr="00020623">
        <w:rPr>
          <w:color w:val="000000"/>
        </w:rPr>
        <w:t>:</w:t>
      </w:r>
    </w:p>
    <w:p w14:paraId="6F21697D" w14:textId="77777777" w:rsidR="00223CAA" w:rsidRDefault="004E3BBA" w:rsidP="00223CAA">
      <w:pPr>
        <w:pStyle w:val="Brdtext"/>
        <w:spacing w:after="60"/>
        <w:ind w:left="720"/>
        <w:rPr>
          <w:color w:val="000000"/>
        </w:rPr>
      </w:pPr>
      <w:r w:rsidRPr="004D57A5">
        <w:rPr>
          <w:color w:val="000000"/>
          <w:lang w:val="sv-SE"/>
        </w:rPr>
        <w:t xml:space="preserve">Trublet M. och Lukes D. (2020). </w:t>
      </w:r>
      <w:r w:rsidRPr="004D57A5">
        <w:rPr>
          <w:i/>
          <w:iCs/>
          <w:color w:val="000000"/>
          <w:lang w:val="sv-SE"/>
        </w:rPr>
        <w:t>Typgodkännande av material i kontakt med dricksvatten – hygieniska egenskaper</w:t>
      </w:r>
      <w:r w:rsidRPr="004D57A5">
        <w:rPr>
          <w:color w:val="000000"/>
          <w:lang w:val="sv-SE"/>
        </w:rPr>
        <w:t xml:space="preserve">. </w:t>
      </w:r>
      <w:r w:rsidRPr="00020623">
        <w:rPr>
          <w:color w:val="000000"/>
        </w:rPr>
        <w:t xml:space="preserve">SVU-rapport 2020-6. Stockholm: Svenskt Vatten. </w:t>
      </w:r>
    </w:p>
    <w:p w14:paraId="6FD8DEF6" w14:textId="77777777" w:rsidR="00223CAA" w:rsidRDefault="004E3BBA" w:rsidP="00223CAA">
      <w:pPr>
        <w:pStyle w:val="Brdtex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88" w:lineRule="auto"/>
        <w:ind w:left="714" w:hanging="357"/>
        <w:textAlignment w:val="baseline"/>
        <w:rPr>
          <w:color w:val="000000"/>
        </w:rPr>
      </w:pPr>
      <w:r w:rsidRPr="001B62D0">
        <w:rPr>
          <w:b/>
          <w:bCs/>
          <w:color w:val="000000"/>
        </w:rPr>
        <w:t>Svenskt Vattens publikationer</w:t>
      </w:r>
      <w:r>
        <w:rPr>
          <w:color w:val="000000"/>
        </w:rPr>
        <w:t>:</w:t>
      </w:r>
    </w:p>
    <w:p w14:paraId="6DEE7BA0" w14:textId="77777777" w:rsidR="00223CAA" w:rsidRDefault="004E3BBA" w:rsidP="00223CAA">
      <w:pPr>
        <w:pStyle w:val="Brdtext"/>
        <w:spacing w:after="60"/>
        <w:ind w:left="720"/>
        <w:rPr>
          <w:color w:val="000000"/>
        </w:rPr>
      </w:pPr>
      <w:r w:rsidRPr="004D57A5">
        <w:rPr>
          <w:color w:val="000000"/>
          <w:lang w:val="sv-SE"/>
        </w:rPr>
        <w:t xml:space="preserve">Svenskt Vatten (2020). </w:t>
      </w:r>
      <w:r w:rsidRPr="004D57A5">
        <w:rPr>
          <w:i/>
          <w:iCs/>
          <w:color w:val="000000"/>
          <w:lang w:val="sv-SE"/>
        </w:rPr>
        <w:t>P114 Distribution av dricksvatten</w:t>
      </w:r>
      <w:r w:rsidRPr="004D57A5">
        <w:rPr>
          <w:color w:val="000000"/>
          <w:lang w:val="sv-SE"/>
        </w:rPr>
        <w:t xml:space="preserve">. </w:t>
      </w:r>
      <w:r>
        <w:rPr>
          <w:color w:val="000000"/>
        </w:rPr>
        <w:t>Stockholm: Svenskt Vatten.</w:t>
      </w:r>
    </w:p>
    <w:p w14:paraId="1E29B4A1" w14:textId="0A4C9733" w:rsidR="004D57A5" w:rsidRDefault="004E3BBA" w:rsidP="004D57A5">
      <w:pPr>
        <w:pStyle w:val="Brdtex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88" w:lineRule="auto"/>
        <w:ind w:left="714" w:hanging="357"/>
        <w:textAlignment w:val="baseline"/>
        <w:rPr>
          <w:color w:val="000000"/>
        </w:rPr>
      </w:pPr>
      <w:r>
        <w:rPr>
          <w:b/>
          <w:bCs/>
          <w:color w:val="000000"/>
        </w:rPr>
        <w:t>Referenser till webbsidor</w:t>
      </w:r>
      <w:r>
        <w:rPr>
          <w:color w:val="000000"/>
        </w:rPr>
        <w:t>:</w:t>
      </w:r>
    </w:p>
    <w:p w14:paraId="150697FA" w14:textId="77777777" w:rsidR="004D57A5" w:rsidRDefault="004E3BBA" w:rsidP="004D57A5">
      <w:pPr>
        <w:pStyle w:val="Brdtext"/>
        <w:overflowPunct w:val="0"/>
        <w:autoSpaceDE w:val="0"/>
        <w:autoSpaceDN w:val="0"/>
        <w:adjustRightInd w:val="0"/>
        <w:spacing w:after="0" w:line="288" w:lineRule="auto"/>
        <w:ind w:left="720"/>
        <w:textAlignment w:val="baseline"/>
      </w:pPr>
      <w:r w:rsidRPr="004D57A5">
        <w:rPr>
          <w:color w:val="000000"/>
          <w:lang w:val="sv-SE"/>
        </w:rPr>
        <w:t xml:space="preserve">Svenskt Vatten (2020). Det kommunala vattnet är fortfarande för billigt. </w:t>
      </w:r>
      <w:hyperlink r:id="rId9" w:history="1">
        <w:r w:rsidR="004D57A5">
          <w:rPr>
            <w:rStyle w:val="Hyperlnk"/>
          </w:rPr>
          <w:t>https://www.svensktvatten.se/om-oss/nyheter-lista/det-kommunala-vattnet-ar-fortfarande-for-billigt/</w:t>
        </w:r>
      </w:hyperlink>
      <w:r>
        <w:t xml:space="preserve"> [2020-07-01]</w:t>
      </w:r>
    </w:p>
    <w:p w14:paraId="388D2AAF" w14:textId="3D563836" w:rsidR="004D57A5" w:rsidRDefault="004E3BBA" w:rsidP="004D57A5">
      <w:pPr>
        <w:pStyle w:val="Brdtex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88" w:lineRule="auto"/>
        <w:ind w:left="714" w:hanging="357"/>
        <w:textAlignment w:val="baseline"/>
        <w:rPr>
          <w:color w:val="000000"/>
        </w:rPr>
      </w:pPr>
      <w:r>
        <w:rPr>
          <w:b/>
          <w:bCs/>
          <w:color w:val="000000"/>
        </w:rPr>
        <w:t>Personlig kommunikation</w:t>
      </w:r>
      <w:r>
        <w:rPr>
          <w:color w:val="000000"/>
        </w:rPr>
        <w:t>:</w:t>
      </w:r>
    </w:p>
    <w:p w14:paraId="0B6B8BF9" w14:textId="6E40A82F" w:rsidR="004D57A5" w:rsidRDefault="004E3BBA" w:rsidP="004D57A5">
      <w:pPr>
        <w:pStyle w:val="Brdtext"/>
        <w:overflowPunct w:val="0"/>
        <w:autoSpaceDE w:val="0"/>
        <w:autoSpaceDN w:val="0"/>
        <w:adjustRightInd w:val="0"/>
        <w:spacing w:after="0" w:line="288" w:lineRule="auto"/>
        <w:ind w:left="720"/>
        <w:textAlignment w:val="baseline"/>
        <w:rPr>
          <w:color w:val="000000"/>
          <w:lang w:val="sv-SE"/>
        </w:rPr>
      </w:pPr>
      <w:r w:rsidRPr="004D57A5">
        <w:rPr>
          <w:color w:val="000000"/>
          <w:lang w:val="sv-SE"/>
        </w:rPr>
        <w:t xml:space="preserve">Personlig kommunikation </w:t>
      </w:r>
      <w:r>
        <w:rPr>
          <w:color w:val="000000"/>
          <w:lang w:val="sv-SE"/>
        </w:rPr>
        <w:t xml:space="preserve">listas </w:t>
      </w:r>
      <w:r w:rsidRPr="004D57A5">
        <w:rPr>
          <w:color w:val="000000"/>
          <w:lang w:val="sv-SE"/>
        </w:rPr>
        <w:t>i en egen lista efter litteraturreferenserna</w:t>
      </w:r>
      <w:r>
        <w:rPr>
          <w:color w:val="000000"/>
          <w:lang w:val="sv-SE"/>
        </w:rPr>
        <w:t>, t.ex.</w:t>
      </w:r>
      <w:r w:rsidRPr="004D57A5">
        <w:rPr>
          <w:color w:val="000000"/>
          <w:lang w:val="sv-SE"/>
        </w:rPr>
        <w:t xml:space="preserve">: </w:t>
      </w:r>
    </w:p>
    <w:p w14:paraId="0AD9C009" w14:textId="6768642B" w:rsidR="004D57A5" w:rsidRPr="004D57A5" w:rsidRDefault="004E3BBA" w:rsidP="004D57A5">
      <w:pPr>
        <w:pStyle w:val="Brdtext"/>
        <w:overflowPunct w:val="0"/>
        <w:autoSpaceDE w:val="0"/>
        <w:autoSpaceDN w:val="0"/>
        <w:adjustRightInd w:val="0"/>
        <w:spacing w:after="0" w:line="288" w:lineRule="auto"/>
        <w:ind w:left="720"/>
        <w:textAlignment w:val="baseline"/>
        <w:rPr>
          <w:color w:val="000000"/>
          <w:lang w:val="sv-SE"/>
        </w:rPr>
      </w:pPr>
      <w:r>
        <w:rPr>
          <w:color w:val="000000"/>
          <w:lang w:val="sv-SE"/>
        </w:rPr>
        <w:t>Risén</w:t>
      </w:r>
      <w:r w:rsidRPr="004D57A5">
        <w:rPr>
          <w:color w:val="000000"/>
          <w:lang w:val="sv-SE"/>
        </w:rPr>
        <w:t xml:space="preserve">, </w:t>
      </w:r>
      <w:r>
        <w:rPr>
          <w:color w:val="000000"/>
          <w:lang w:val="sv-SE"/>
        </w:rPr>
        <w:t>Emma</w:t>
      </w:r>
      <w:r w:rsidRPr="004D57A5">
        <w:rPr>
          <w:color w:val="000000"/>
          <w:lang w:val="sv-SE"/>
        </w:rPr>
        <w:t xml:space="preserve">; </w:t>
      </w:r>
      <w:r>
        <w:rPr>
          <w:color w:val="000000"/>
          <w:lang w:val="sv-SE"/>
        </w:rPr>
        <w:t xml:space="preserve">forsknings- och </w:t>
      </w:r>
      <w:r w:rsidRPr="004D57A5">
        <w:rPr>
          <w:color w:val="000000"/>
          <w:lang w:val="sv-SE"/>
        </w:rPr>
        <w:t>utvecklingsledare vid Svenskt Vatten. 202</w:t>
      </w:r>
      <w:r>
        <w:rPr>
          <w:color w:val="000000"/>
          <w:lang w:val="sv-SE"/>
        </w:rPr>
        <w:t>6</w:t>
      </w:r>
      <w:r w:rsidRPr="004D57A5">
        <w:rPr>
          <w:color w:val="000000"/>
          <w:lang w:val="sv-SE"/>
        </w:rPr>
        <w:t>. Intervju 1 november.</w:t>
      </w:r>
    </w:p>
    <w:p w14:paraId="51E49E04" w14:textId="77777777" w:rsidR="004D57A5" w:rsidRPr="005E1627" w:rsidRDefault="004D57A5" w:rsidP="004D57A5">
      <w:pPr>
        <w:pStyle w:val="Brdtext"/>
        <w:overflowPunct w:val="0"/>
        <w:autoSpaceDE w:val="0"/>
        <w:autoSpaceDN w:val="0"/>
        <w:adjustRightInd w:val="0"/>
        <w:spacing w:after="0" w:line="288" w:lineRule="auto"/>
        <w:ind w:left="720"/>
        <w:textAlignment w:val="baseline"/>
        <w:rPr>
          <w:color w:val="000000"/>
          <w:lang w:val="sv-SE"/>
        </w:rPr>
      </w:pPr>
    </w:p>
    <w:p w14:paraId="064C23C5" w14:textId="77777777" w:rsidR="004D57A5" w:rsidRPr="005E1627" w:rsidRDefault="004D57A5" w:rsidP="00223CAA">
      <w:pPr>
        <w:pStyle w:val="Brdtext"/>
        <w:spacing w:after="60"/>
        <w:ind w:left="720"/>
        <w:rPr>
          <w:color w:val="000000"/>
          <w:lang w:val="sv-SE"/>
        </w:rPr>
      </w:pPr>
    </w:p>
    <w:p w14:paraId="593D2405" w14:textId="77777777" w:rsidR="00223CAA" w:rsidRPr="005E1627" w:rsidRDefault="00223CAA">
      <w:pPr>
        <w:rPr>
          <w:lang w:val="sv-SE"/>
        </w:rPr>
      </w:pPr>
    </w:p>
    <w:p w14:paraId="3BF2F95D" w14:textId="77777777" w:rsidR="008F0C1D" w:rsidRPr="005E1627" w:rsidRDefault="004E3BBA">
      <w:pPr>
        <w:rPr>
          <w:lang w:val="sv-SE"/>
        </w:rPr>
      </w:pPr>
      <w:r w:rsidRPr="005E1627">
        <w:rPr>
          <w:lang w:val="sv-SE"/>
        </w:rPr>
        <w:br w:type="page"/>
      </w:r>
    </w:p>
    <w:p w14:paraId="73552C90" w14:textId="77777777" w:rsidR="008F0C1D" w:rsidRPr="00CE7A3B" w:rsidRDefault="004E3BBA">
      <w:pPr>
        <w:pStyle w:val="Rubrik1"/>
        <w:rPr>
          <w:lang w:val="sv-SE"/>
        </w:rPr>
      </w:pPr>
      <w:r w:rsidRPr="00CE7A3B">
        <w:rPr>
          <w:lang w:val="sv-SE"/>
        </w:rPr>
        <w:lastRenderedPageBreak/>
        <w:t>Bilagor</w:t>
      </w:r>
    </w:p>
    <w:p w14:paraId="259B90F7" w14:textId="77777777" w:rsidR="008F0C1D" w:rsidRPr="006637AB" w:rsidRDefault="004E3BBA">
      <w:pPr>
        <w:pStyle w:val="Rubrik2"/>
        <w:rPr>
          <w:lang w:val="sv-SE"/>
        </w:rPr>
      </w:pPr>
      <w:r w:rsidRPr="006637AB">
        <w:rPr>
          <w:lang w:val="sv-SE"/>
        </w:rPr>
        <w:t>Bilaga A</w:t>
      </w:r>
    </w:p>
    <w:p w14:paraId="5C1528EC" w14:textId="77777777" w:rsidR="008F0C1D" w:rsidRPr="006637AB" w:rsidRDefault="004E3BBA">
      <w:pPr>
        <w:rPr>
          <w:lang w:val="sv-SE"/>
        </w:rPr>
      </w:pPr>
      <w:r w:rsidRPr="006637AB">
        <w:rPr>
          <w:lang w:val="sv-SE"/>
        </w:rPr>
        <w:t>Figur A.1 xxx</w:t>
      </w:r>
    </w:p>
    <w:p w14:paraId="32CFD3BB" w14:textId="77777777" w:rsidR="008F0C1D" w:rsidRPr="005E1627" w:rsidRDefault="004E3BBA">
      <w:pPr>
        <w:rPr>
          <w:lang w:val="sv-SE"/>
        </w:rPr>
      </w:pPr>
      <w:r w:rsidRPr="005E1627">
        <w:rPr>
          <w:lang w:val="sv-SE"/>
        </w:rPr>
        <w:t>Tabell A.1 xxx</w:t>
      </w:r>
    </w:p>
    <w:sectPr w:rsidR="008F0C1D" w:rsidRPr="005E16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22D2B"/>
    <w:multiLevelType w:val="multilevel"/>
    <w:tmpl w:val="0F801B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6B91031"/>
    <w:multiLevelType w:val="hybridMultilevel"/>
    <w:tmpl w:val="D6E2181E"/>
    <w:lvl w:ilvl="0" w:tplc="105A8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2D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024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6C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E2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E75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CC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EB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E1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B6CD7"/>
    <w:multiLevelType w:val="hybridMultilevel"/>
    <w:tmpl w:val="F07669D2"/>
    <w:lvl w:ilvl="0" w:tplc="DA78D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A40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567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0AF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626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EF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21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028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F5FCE"/>
    <w:multiLevelType w:val="multilevel"/>
    <w:tmpl w:val="71705F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9B72DE"/>
    <w:multiLevelType w:val="multilevel"/>
    <w:tmpl w:val="F9ACD25A"/>
    <w:lvl w:ilvl="0">
      <w:start w:val="1"/>
      <w:numFmt w:val="decimal"/>
      <w:pStyle w:val="Nummerlista"/>
      <w:lvlText w:val="%1."/>
      <w:lvlJc w:val="left"/>
      <w:pPr>
        <w:ind w:left="360" w:hanging="360"/>
      </w:pPr>
      <w:rPr>
        <w:rFonts w:ascii="Georgia" w:hAnsi="Georgia" w:hint="default"/>
        <w:b w:val="0"/>
        <w:i w:val="0"/>
        <w:sz w:val="19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720" w:hanging="363"/>
      </w:pPr>
      <w:rPr>
        <w:rFonts w:asciiTheme="minorHAnsi" w:hAnsiTheme="minorHAnsi" w:hint="default"/>
      </w:rPr>
    </w:lvl>
    <w:lvl w:ilvl="2">
      <w:start w:val="1"/>
      <w:numFmt w:val="lowerRoman"/>
      <w:lvlText w:val="%3"/>
      <w:lvlJc w:val="left"/>
      <w:pPr>
        <w:tabs>
          <w:tab w:val="num" w:pos="1361"/>
        </w:tabs>
        <w:ind w:left="1077" w:hanging="357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418" w:hanging="341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tabs>
          <w:tab w:val="num" w:pos="1758"/>
        </w:tabs>
        <w:ind w:left="2098" w:hanging="340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tabs>
          <w:tab w:val="num" w:pos="2438"/>
        </w:tabs>
        <w:ind w:left="2438" w:hanging="340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tabs>
          <w:tab w:val="num" w:pos="2438"/>
        </w:tabs>
        <w:ind w:left="2778" w:hanging="340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tabs>
          <w:tab w:val="num" w:pos="2778"/>
        </w:tabs>
        <w:ind w:left="3119" w:hanging="341"/>
      </w:pPr>
      <w:rPr>
        <w:rFonts w:asciiTheme="minorHAnsi" w:hAnsiTheme="minorHAnsi" w:hint="default"/>
      </w:rPr>
    </w:lvl>
  </w:abstractNum>
  <w:abstractNum w:abstractNumId="14" w15:restartNumberingAfterBreak="0">
    <w:nsid w:val="469F0BB5"/>
    <w:multiLevelType w:val="multilevel"/>
    <w:tmpl w:val="B02E5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35372A"/>
    <w:multiLevelType w:val="multilevel"/>
    <w:tmpl w:val="2E38A3E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AF540B1"/>
    <w:multiLevelType w:val="multilevel"/>
    <w:tmpl w:val="24A42D0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2F677C"/>
    <w:multiLevelType w:val="hybridMultilevel"/>
    <w:tmpl w:val="A45288BE"/>
    <w:lvl w:ilvl="0" w:tplc="41385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27E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F42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EE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02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EAD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449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0C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2EA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060D1"/>
    <w:multiLevelType w:val="hybridMultilevel"/>
    <w:tmpl w:val="98289E7C"/>
    <w:lvl w:ilvl="0" w:tplc="9F364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A89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647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468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66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6AB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E9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04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8C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562823">
    <w:abstractNumId w:val="8"/>
  </w:num>
  <w:num w:numId="2" w16cid:durableId="1003048204">
    <w:abstractNumId w:val="6"/>
  </w:num>
  <w:num w:numId="3" w16cid:durableId="1149394827">
    <w:abstractNumId w:val="5"/>
  </w:num>
  <w:num w:numId="4" w16cid:durableId="1371881030">
    <w:abstractNumId w:val="4"/>
  </w:num>
  <w:num w:numId="5" w16cid:durableId="333194284">
    <w:abstractNumId w:val="7"/>
  </w:num>
  <w:num w:numId="6" w16cid:durableId="1206681389">
    <w:abstractNumId w:val="3"/>
  </w:num>
  <w:num w:numId="7" w16cid:durableId="1504203783">
    <w:abstractNumId w:val="2"/>
  </w:num>
  <w:num w:numId="8" w16cid:durableId="380446280">
    <w:abstractNumId w:val="1"/>
  </w:num>
  <w:num w:numId="9" w16cid:durableId="1795825789">
    <w:abstractNumId w:val="0"/>
  </w:num>
  <w:num w:numId="10" w16cid:durableId="1886521837">
    <w:abstractNumId w:val="14"/>
  </w:num>
  <w:num w:numId="11" w16cid:durableId="2103984779">
    <w:abstractNumId w:val="12"/>
  </w:num>
  <w:num w:numId="12" w16cid:durableId="336887474">
    <w:abstractNumId w:val="11"/>
  </w:num>
  <w:num w:numId="13" w16cid:durableId="1525512800">
    <w:abstractNumId w:val="15"/>
  </w:num>
  <w:num w:numId="14" w16cid:durableId="300572952">
    <w:abstractNumId w:val="17"/>
  </w:num>
  <w:num w:numId="15" w16cid:durableId="1995909970">
    <w:abstractNumId w:val="10"/>
  </w:num>
  <w:num w:numId="16" w16cid:durableId="1207058793">
    <w:abstractNumId w:val="13"/>
  </w:num>
  <w:num w:numId="17" w16cid:durableId="294995792">
    <w:abstractNumId w:val="18"/>
  </w:num>
  <w:num w:numId="18" w16cid:durableId="2029912234">
    <w:abstractNumId w:val="16"/>
  </w:num>
  <w:num w:numId="19" w16cid:durableId="6123240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623"/>
    <w:rsid w:val="00025CD2"/>
    <w:rsid w:val="00034616"/>
    <w:rsid w:val="0006063C"/>
    <w:rsid w:val="000650D5"/>
    <w:rsid w:val="00090408"/>
    <w:rsid w:val="000D3506"/>
    <w:rsid w:val="0015074B"/>
    <w:rsid w:val="00163ECD"/>
    <w:rsid w:val="00182883"/>
    <w:rsid w:val="001935F2"/>
    <w:rsid w:val="001A562E"/>
    <w:rsid w:val="001B62D0"/>
    <w:rsid w:val="00223CAA"/>
    <w:rsid w:val="0029639D"/>
    <w:rsid w:val="002A0518"/>
    <w:rsid w:val="002A2A99"/>
    <w:rsid w:val="0031002E"/>
    <w:rsid w:val="00325A23"/>
    <w:rsid w:val="00326F90"/>
    <w:rsid w:val="00360852"/>
    <w:rsid w:val="00361A59"/>
    <w:rsid w:val="00363007"/>
    <w:rsid w:val="003920CD"/>
    <w:rsid w:val="003F0723"/>
    <w:rsid w:val="00450398"/>
    <w:rsid w:val="00496A46"/>
    <w:rsid w:val="004D57A5"/>
    <w:rsid w:val="004E3BBA"/>
    <w:rsid w:val="00506037"/>
    <w:rsid w:val="0051046E"/>
    <w:rsid w:val="0057673B"/>
    <w:rsid w:val="00587387"/>
    <w:rsid w:val="005A7D57"/>
    <w:rsid w:val="005E1627"/>
    <w:rsid w:val="00655B43"/>
    <w:rsid w:val="006637AB"/>
    <w:rsid w:val="007512E7"/>
    <w:rsid w:val="00800C1A"/>
    <w:rsid w:val="008D0333"/>
    <w:rsid w:val="008F0C1D"/>
    <w:rsid w:val="00927A45"/>
    <w:rsid w:val="00943F4B"/>
    <w:rsid w:val="009F6731"/>
    <w:rsid w:val="00A141A7"/>
    <w:rsid w:val="00A6225A"/>
    <w:rsid w:val="00A62FC6"/>
    <w:rsid w:val="00A75DF1"/>
    <w:rsid w:val="00AA1D8D"/>
    <w:rsid w:val="00AA213A"/>
    <w:rsid w:val="00B117B2"/>
    <w:rsid w:val="00B26BB1"/>
    <w:rsid w:val="00B47730"/>
    <w:rsid w:val="00BF005C"/>
    <w:rsid w:val="00C36CAF"/>
    <w:rsid w:val="00C824D6"/>
    <w:rsid w:val="00C84E3A"/>
    <w:rsid w:val="00CB0664"/>
    <w:rsid w:val="00CE7A3B"/>
    <w:rsid w:val="00D048C2"/>
    <w:rsid w:val="00D9190A"/>
    <w:rsid w:val="00FA385E"/>
    <w:rsid w:val="00FC693F"/>
    <w:rsid w:val="0622B94E"/>
    <w:rsid w:val="35765072"/>
    <w:rsid w:val="7608C9AA"/>
    <w:rsid w:val="7FB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628F9"/>
  <w14:defaultImageDpi w14:val="300"/>
  <w15:docId w15:val="{8DDAD603-64C9-47E3-AD77-23E927F9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C84E3A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060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060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0603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0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06037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4D57A5"/>
    <w:rPr>
      <w:color w:val="0000FF" w:themeColor="hyperlink"/>
      <w:u w:val="single"/>
    </w:rPr>
  </w:style>
  <w:style w:type="paragraph" w:customStyle="1" w:styleId="Nummerlista">
    <w:name w:val="Nummerlista"/>
    <w:basedOn w:val="Brdtext"/>
    <w:qFormat/>
    <w:rsid w:val="004D57A5"/>
    <w:pPr>
      <w:numPr>
        <w:numId w:val="16"/>
      </w:numPr>
      <w:overflowPunct w:val="0"/>
      <w:autoSpaceDE w:val="0"/>
      <w:autoSpaceDN w:val="0"/>
      <w:adjustRightInd w:val="0"/>
      <w:spacing w:after="0" w:line="288" w:lineRule="auto"/>
      <w:ind w:left="284" w:hanging="284"/>
      <w:contextualSpacing/>
      <w:textAlignment w:val="baseline"/>
    </w:pPr>
    <w:rPr>
      <w:rFonts w:eastAsia="Times New Roman" w:cs="Times New Roman"/>
      <w:sz w:val="19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vensktvatten.se/om-oss/nyheter-lista/det-kommunala-vattnet-ar-fortfarande-for-billig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883764-76b0-45e2-b8f8-69d77a96ad0d" xsi:nil="true"/>
    <lcf76f155ced4ddcb4097134ff3c332f xmlns="2d014a2f-eb38-4ad8-84bc-19dfca26f4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7E75B64260A4FA9F1621ED34B5203" ma:contentTypeVersion="11" ma:contentTypeDescription="Create a new document." ma:contentTypeScope="" ma:versionID="ead0c0f4084d61ee979059b7bb4e9639">
  <xsd:schema xmlns:xsd="http://www.w3.org/2001/XMLSchema" xmlns:xs="http://www.w3.org/2001/XMLSchema" xmlns:p="http://schemas.microsoft.com/office/2006/metadata/properties" xmlns:ns2="2d014a2f-eb38-4ad8-84bc-19dfca26f44e" xmlns:ns3="02883764-76b0-45e2-b8f8-69d77a96ad0d" targetNamespace="http://schemas.microsoft.com/office/2006/metadata/properties" ma:root="true" ma:fieldsID="9d6b99752d4938d631d59e0d79de409c" ns2:_="" ns3:_="">
    <xsd:import namespace="2d014a2f-eb38-4ad8-84bc-19dfca26f44e"/>
    <xsd:import namespace="02883764-76b0-45e2-b8f8-69d77a96a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14a2f-eb38-4ad8-84bc-19dfca26f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a0392f7-6250-4b36-a40b-d9e89fca4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3764-76b0-45e2-b8f8-69d77a96ad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45c302d-7fed-456e-8e72-62d8806966ba}" ma:internalName="TaxCatchAll" ma:showField="CatchAllData" ma:web="02883764-76b0-45e2-b8f8-69d77a96a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B647A3-C3F2-4511-A7CC-E78D0EE00127}">
  <ds:schemaRefs>
    <ds:schemaRef ds:uri="http://schemas.microsoft.com/office/2006/metadata/properties"/>
    <ds:schemaRef ds:uri="http://schemas.microsoft.com/office/infopath/2007/PartnerControls"/>
    <ds:schemaRef ds:uri="02883764-76b0-45e2-b8f8-69d77a96ad0d"/>
    <ds:schemaRef ds:uri="2d014a2f-eb38-4ad8-84bc-19dfca26f44e"/>
  </ds:schemaRefs>
</ds:datastoreItem>
</file>

<file path=customXml/itemProps2.xml><?xml version="1.0" encoding="utf-8"?>
<ds:datastoreItem xmlns:ds="http://schemas.openxmlformats.org/officeDocument/2006/customXml" ds:itemID="{E7ECBA2A-E059-4E76-9976-ED8893D86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14a2f-eb38-4ad8-84bc-19dfca26f44e"/>
    <ds:schemaRef ds:uri="02883764-76b0-45e2-b8f8-69d77a96a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DB8E4B-5F35-4611-87B6-61A7B79473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899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Emma Risén</cp:lastModifiedBy>
  <cp:revision>2</cp:revision>
  <dcterms:created xsi:type="dcterms:W3CDTF">2026-08-13T14:00:00Z</dcterms:created>
  <dcterms:modified xsi:type="dcterms:W3CDTF">2026-08-13T14:00:00Z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0x0101004197E75B64260A4FA9F1621ED34B5203</vt:lpwstr>
  </property>
  <property fmtid="{D5CDD505-2E9C-101B-9397-08002B2CF9AE}" pid="3" name="MediaServiceImageTags">
    <vt:lpwstr/>
  </property>
</Properties>
</file>